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Jonas Vik</w:t>
      </w:r>
    </w:p>
    <w:p>
      <w:pPr>
        <w:pStyle w:val="Heading2"/>
      </w:pPr>
      <w:r>
        <w:rPr/>
        <w:t>Systemutvikler</w:t>
      </w:r>
    </w:p>
    <w:p>
      <w:pPr/>
      <w:r>
        <w:rPr/>
        <w:t>+47 967 89 012  |  jonas.vik@eksempel.no  |  Trondheim</w:t>
      </w:r>
    </w:p>
    <w:p>
      <w:pPr>
        <w:pStyle w:val="Heading1"/>
      </w:pPr>
      <w:r>
        <w:rPr/>
        <w:t>Profil</w:t>
      </w:r>
    </w:p>
    <w:p>
      <w:pPr/>
      <w:r>
        <w:rPr/>
        <w:t>Systemutvikler med erfaring fra interne fagsystemer og API-er. Leverer løsninger med vekt på lesbar kode, testing og stabil drift.</w:t>
      </w:r>
    </w:p>
    <w:p>
      <w:pPr>
        <w:pStyle w:val="Heading1"/>
      </w:pPr>
      <w:r>
        <w:rPr/>
        <w:t>Arbeidserfaring</w:t>
      </w:r>
    </w:p>
    <w:p>
      <w:pPr>
        <w:pStyle w:val="Heading2"/>
      </w:pPr>
      <w:r>
        <w:rPr/>
        <w:t>Systemutvikler | et IT-konsulentselskap i Trondheim</w:t>
      </w:r>
    </w:p>
    <w:p>
      <w:pPr/>
      <w:r>
        <w:rPr>
          <w:color w:val="72808B"/>
        </w:rPr>
        <w:t>jan. 2023 – nå</w:t>
      </w:r>
    </w:p>
    <w:p>
      <w:pPr>
        <w:pStyle w:val="ListBullet"/>
      </w:pPr>
      <w:r>
        <w:rPr/>
        <w:t>Utviklet API-er som knytter sammen tre interne systemer.</w:t>
      </w:r>
    </w:p>
    <w:p>
      <w:pPr>
        <w:pStyle w:val="ListBullet"/>
      </w:pPr>
      <w:r>
        <w:rPr/>
        <w:t>Lagde automatiserte tester som reduserte manuell kontroll før lansering.</w:t>
      </w:r>
    </w:p>
    <w:p>
      <w:pPr>
        <w:pStyle w:val="ListBullet"/>
      </w:pPr>
      <w:r>
        <w:rPr/>
        <w:t>Forbedret loggføring og feilsøking i produksjon.</w:t>
      </w:r>
    </w:p>
    <w:p>
      <w:pPr>
        <w:pStyle w:val="ListBullet"/>
      </w:pPr>
      <w:r>
        <w:rPr/>
        <w:t>Bidro til kodegjennomganger og oppfølging av nyansatte.</w:t>
      </w:r>
    </w:p>
    <w:p>
      <w:pPr>
        <w:pStyle w:val="Heading2"/>
      </w:pPr>
      <w:r>
        <w:rPr/>
        <w:t>Juniorutvikler | en lokal programvarebedrift</w:t>
      </w:r>
    </w:p>
    <w:p>
      <w:pPr/>
      <w:r>
        <w:rPr>
          <w:color w:val="72808B"/>
        </w:rPr>
        <w:t>aug. 2020 – des. 2022</w:t>
      </w:r>
    </w:p>
    <w:p>
      <w:pPr>
        <w:pStyle w:val="ListBullet"/>
      </w:pPr>
      <w:r>
        <w:rPr/>
        <w:t>Utviklet nye funksjoner i en kundeportal.</w:t>
      </w:r>
    </w:p>
    <w:p>
      <w:pPr>
        <w:pStyle w:val="ListBullet"/>
      </w:pPr>
      <w:r>
        <w:rPr/>
        <w:t>Rettet feil og forbedret responstiden på utvalgte sider.</w:t>
      </w:r>
    </w:p>
    <w:p>
      <w:pPr>
        <w:pStyle w:val="ListBullet"/>
      </w:pPr>
      <w:r>
        <w:rPr/>
        <w:t>Skrev teknisk dokumentasjon og testbeskrivelser.</w:t>
      </w:r>
    </w:p>
    <w:p>
      <w:pPr>
        <w:pStyle w:val="Heading2"/>
      </w:pPr>
      <w:r>
        <w:rPr/>
        <w:t>IT-support, deltid | en utdanningsinstitusjon</w:t>
      </w:r>
    </w:p>
    <w:p>
      <w:pPr/>
      <w:r>
        <w:rPr>
          <w:color w:val="72808B"/>
        </w:rPr>
        <w:t>jun. 2019 – jul. 2020</w:t>
      </w:r>
    </w:p>
    <w:p>
      <w:pPr>
        <w:pStyle w:val="ListBullet"/>
      </w:pPr>
      <w:r>
        <w:rPr/>
        <w:t>Løste brukerhenvendelser og klargjorde arbeidsstasjoner.</w:t>
      </w:r>
    </w:p>
    <w:p>
      <w:pPr>
        <w:pStyle w:val="ListBullet"/>
      </w:pPr>
      <w:r>
        <w:rPr/>
        <w:t>Registrerte saker og fulgte opp utstyr.</w:t>
      </w:r>
    </w:p>
    <w:p>
      <w:pPr>
        <w:pStyle w:val="Heading1"/>
      </w:pPr>
      <w:r>
        <w:rPr/>
        <w:t>Utdanning</w:t>
      </w:r>
    </w:p>
    <w:p>
      <w:pPr/>
      <w:r>
        <w:rPr/>
        <w:t>Bachelor i informatikk | et universitet i Trøndelag  |  2017 – 2020</w:t>
      </w:r>
    </w:p>
    <w:p>
      <w:pPr>
        <w:pStyle w:val="Heading1"/>
      </w:pPr>
      <w:r>
        <w:rPr/>
        <w:t>Prosjekter</w:t>
      </w:r>
    </w:p>
    <w:p>
      <w:pPr>
        <w:pStyle w:val="Heading2"/>
      </w:pPr>
      <w:r>
        <w:rPr/>
        <w:t>Integrasjon for intern saksflyt</w:t>
      </w:r>
    </w:p>
    <w:p>
      <w:pPr/>
      <w:r>
        <w:rPr>
          <w:color w:val="72808B"/>
        </w:rPr>
        <w:t>2025</w:t>
      </w:r>
    </w:p>
    <w:p>
      <w:pPr>
        <w:pStyle w:val="ListBullet"/>
      </w:pPr>
      <w:r>
        <w:rPr/>
        <w:t>Utviklet og dokumenterte et API for overføring av statusdata.</w:t>
      </w:r>
    </w:p>
    <w:p>
      <w:pPr>
        <w:pStyle w:val="Heading1"/>
      </w:pPr>
      <w:r>
        <w:rPr/>
        <w:t>Kompetanse</w:t>
      </w:r>
    </w:p>
    <w:p>
      <w:pPr/>
      <w:r>
        <w:rPr/>
        <w:t>Python og JavaScript  ·  SQL og API-integrasjoner  ·  Automatisert testing  ·  Versjonskontroll og kodegjennomgang</w:t>
      </w:r>
    </w:p>
    <w:p>
      <w:pPr>
        <w:pStyle w:val="Heading1"/>
      </w:pPr>
      <w:r>
        <w:rPr/>
        <w:t>Kurs og sertifiseringer</w:t>
      </w:r>
    </w:p>
    <w:p>
      <w:pPr/>
      <w:r>
        <w:rPr/>
        <w:t>Sikker utvikling og tilgangsstyring (2024)</w:t>
      </w:r>
    </w:p>
    <w:p>
      <w:pPr/>
      <w:r>
        <w:rPr/>
        <w:t>Praktisk skyløsning og drift (2023)</w:t>
      </w:r>
    </w:p>
    <w:p>
      <w:pPr>
        <w:pStyle w:val="Heading1"/>
      </w:pPr>
      <w:r>
        <w:rPr/>
        <w:t>Språk</w:t>
      </w:r>
    </w:p>
    <w:p>
      <w:pPr/>
      <w:r>
        <w:rPr/>
        <w:t>Norsk: Morsmål  ·  Engelsk: Flytende</w:t>
      </w:r>
    </w:p>
    <w:p>
      <w:pPr>
        <w:pStyle w:val="Heading1"/>
      </w:pPr>
      <w:r>
        <w:rPr/>
        <w:t>Referanser</w:t>
      </w:r>
    </w:p>
    <w:p>
      <w:pPr/>
      <w:r>
        <w:rPr/>
        <w:t>Oppgis på forespørsel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9" w:lineRule="auto"/>
    </w:pPr>
    <w:rPr>
      <w:rFonts w:ascii="Arial" w:hAnsi="Arial"/>
      <w:b w:val="0"/>
      <w:color w:val="2732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E4D8C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27323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E4D8C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/>
      <w:b w:val="0"/>
      <w:color w:val="27323B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