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color w:val="333333"/>
          <w:sz w:val="50"/>
        </w:rPr>
        <w:t>Fornavn Etternavn</w:t>
      </w:r>
    </w:p>
    <w:p>
      <w:pPr>
        <w:spacing w:after="100"/>
        <w:jc w:val="center"/>
      </w:pPr>
      <w:r>
        <w:rPr>
          <w:b w:val="0"/>
          <w:color w:val="333333"/>
          <w:sz w:val="20"/>
        </w:rPr>
        <w:t>STILLINGSTITTEL</w:t>
      </w:r>
    </w:p>
    <w:p>
      <w:pPr>
        <w:spacing w:after="160"/>
        <w:jc w:val="center"/>
      </w:pPr>
      <w:r>
        <w:rPr>
          <w:b w:val="0"/>
          <w:color w:val="555555"/>
          <w:sz w:val="18"/>
        </w:rPr>
        <w:t>Telefon  ·  E-post  ·  Bosted</w:t>
      </w:r>
    </w:p>
    <w:p>
      <w:pPr>
        <w:pStyle w:val="Heading1"/>
      </w:pPr>
      <w:r>
        <w:rPr>
          <w:b w:val="0"/>
        </w:rPr>
        <w:t>Profil</w:t>
      </w:r>
    </w:p>
    <w:p>
      <w:pPr/>
      <w:r>
        <w:rPr>
          <w:b w:val="0"/>
        </w:rPr>
        <w:t>Skriv to eller tre setninger om hvem du er faglig, hva du har jobbet med og hvilken jobb du søker.</w:t>
      </w:r>
    </w:p>
    <w:p>
      <w:pPr>
        <w:pStyle w:val="Heading1"/>
      </w:pPr>
      <w:r>
        <w:rPr>
          <w:b w:val="0"/>
        </w:rPr>
        <w:t>Arbeidserfaring</w:t>
      </w:r>
    </w:p>
    <w:p>
      <w:pPr>
        <w:spacing w:after="0"/>
      </w:pPr>
      <w:r>
        <w:rPr>
          <w:b/>
        </w:rPr>
        <w:t>Stilling   |   mnd. åååå – nå</w:t>
      </w:r>
    </w:p>
    <w:p>
      <w:pPr>
        <w:spacing w:after="40"/>
      </w:pPr>
      <w:r>
        <w:rPr>
          <w:b w:val="0"/>
          <w:color w:val="646464"/>
          <w:sz w:val="18"/>
        </w:rPr>
        <w:t>Arbeidsgiver, sted</w:t>
      </w:r>
    </w:p>
    <w:p>
      <w:pPr>
        <w:pStyle w:val="ListBullet"/>
      </w:pPr>
      <w:r>
        <w:rPr>
          <w:b w:val="0"/>
        </w:rPr>
        <w:t>Hovedoppgave eller ansvar, gjerne med tall: hvor mange, hvor mye, hvor ofte.</w:t>
      </w:r>
    </w:p>
    <w:p>
      <w:pPr>
        <w:pStyle w:val="ListBullet"/>
      </w:pPr>
      <w:r>
        <w:rPr>
          <w:b w:val="0"/>
        </w:rPr>
        <w:t>Et resultat: hva ble bedre fordi du var der?</w:t>
      </w:r>
    </w:p>
    <w:p>
      <w:pPr>
        <w:pStyle w:val="ListBullet"/>
      </w:pPr>
      <w:r>
        <w:rPr>
          <w:b w:val="0"/>
        </w:rPr>
        <w:t>Noe du har fått ansvar for, for eksempel opplæring av nyansatte.</w:t>
      </w:r>
    </w:p>
    <w:p>
      <w:pPr>
        <w:spacing w:after="0"/>
      </w:pPr>
      <w:r>
        <w:rPr>
          <w:b/>
        </w:rPr>
        <w:t>Stilling   |   mnd. åååå – mnd. åååå</w:t>
      </w:r>
    </w:p>
    <w:p>
      <w:pPr>
        <w:spacing w:after="40"/>
      </w:pPr>
      <w:r>
        <w:rPr>
          <w:b w:val="0"/>
          <w:color w:val="646464"/>
          <w:sz w:val="18"/>
        </w:rPr>
        <w:t>Arbeidsgiver, sted</w:t>
      </w:r>
    </w:p>
    <w:p>
      <w:pPr>
        <w:pStyle w:val="ListBullet"/>
      </w:pPr>
      <w:r>
        <w:rPr>
          <w:b w:val="0"/>
        </w:rPr>
        <w:t>Hovedoppgave eller ansvar.</w:t>
      </w:r>
    </w:p>
    <w:p>
      <w:pPr>
        <w:pStyle w:val="ListBullet"/>
      </w:pPr>
      <w:r>
        <w:rPr>
          <w:b w:val="0"/>
        </w:rPr>
        <w:t>Et resultat eller noe du forbedret.</w:t>
      </w:r>
    </w:p>
    <w:p>
      <w:pPr>
        <w:pStyle w:val="Heading1"/>
      </w:pPr>
      <w:r>
        <w:rPr>
          <w:b w:val="0"/>
        </w:rPr>
        <w:t>Utdanning</w:t>
      </w:r>
    </w:p>
    <w:p>
      <w:pPr>
        <w:spacing w:after="0"/>
      </w:pPr>
      <w:r>
        <w:rPr>
          <w:b/>
        </w:rPr>
        <w:t>Utdanning eller grad   |   åååå – åååå</w:t>
      </w:r>
    </w:p>
    <w:p>
      <w:pPr/>
      <w:r>
        <w:rPr>
          <w:b w:val="0"/>
          <w:color w:val="646464"/>
          <w:sz w:val="18"/>
        </w:rPr>
        <w:t>Skole eller studiested</w:t>
      </w:r>
    </w:p>
    <w:p>
      <w:pPr>
        <w:pStyle w:val="Heading1"/>
      </w:pPr>
      <w:r>
        <w:rPr>
          <w:b w:val="0"/>
        </w:rPr>
        <w:t>Kompetanse</w:t>
      </w:r>
    </w:p>
    <w:p>
      <w:pPr>
        <w:spacing w:after="40"/>
      </w:pPr>
      <w:r>
        <w:rPr>
          <w:b w:val="0"/>
          <w:sz w:val="19"/>
        </w:rPr>
        <w:t>•  Fagkompetanse</w:t>
      </w:r>
    </w:p>
    <w:p>
      <w:pPr>
        <w:spacing w:after="40"/>
      </w:pPr>
      <w:r>
        <w:rPr>
          <w:b w:val="0"/>
          <w:sz w:val="19"/>
        </w:rPr>
        <w:t>•  Program eller verktøy</w:t>
      </w:r>
    </w:p>
    <w:p>
      <w:pPr>
        <w:spacing w:after="40"/>
      </w:pPr>
      <w:r>
        <w:rPr>
          <w:b w:val="0"/>
          <w:sz w:val="19"/>
        </w:rPr>
        <w:t>•  Sertifikat eller autorisasjon</w:t>
      </w:r>
    </w:p>
    <w:p>
      <w:pPr>
        <w:spacing w:after="40"/>
      </w:pPr>
      <w:r>
        <w:rPr>
          <w:b w:val="0"/>
          <w:sz w:val="19"/>
        </w:rPr>
        <w:t>•  Personlig egenskap med eksempel</w:t>
      </w:r>
    </w:p>
    <w:p>
      <w:pPr>
        <w:pStyle w:val="Heading1"/>
      </w:pPr>
      <w:r>
        <w:rPr>
          <w:b w:val="0"/>
        </w:rPr>
        <w:t>Språk</w:t>
      </w:r>
    </w:p>
    <w:p>
      <w:pPr>
        <w:spacing w:after="40"/>
      </w:pPr>
      <w:r>
        <w:rPr>
          <w:b w:val="0"/>
          <w:sz w:val="19"/>
        </w:rPr>
        <w:t>Norsk · Morsmål</w:t>
      </w:r>
    </w:p>
    <w:p>
      <w:pPr>
        <w:spacing w:after="40"/>
      </w:pPr>
      <w:r>
        <w:rPr>
          <w:b w:val="0"/>
          <w:sz w:val="19"/>
        </w:rPr>
        <w:t>Engelsk · Nivå</w:t>
      </w:r>
    </w:p>
    <w:p>
      <w:pPr>
        <w:pStyle w:val="Heading1"/>
      </w:pPr>
      <w:r>
        <w:rPr>
          <w:b w:val="0"/>
        </w:rPr>
        <w:t>Kurs og sertifiseringer</w:t>
      </w:r>
    </w:p>
    <w:p>
      <w:pPr>
        <w:spacing w:after="40"/>
      </w:pPr>
      <w:r>
        <w:rPr>
          <w:b w:val="0"/>
          <w:sz w:val="19"/>
        </w:rPr>
        <w:t>Kurs eller sertifisering, årstall</w:t>
      </w:r>
    </w:p>
    <w:p>
      <w:pPr>
        <w:spacing w:after="40"/>
      </w:pPr>
      <w:r>
        <w:rPr>
          <w:b w:val="0"/>
          <w:sz w:val="19"/>
        </w:rPr>
        <w:t>Førerkort, klasse</w:t>
      </w:r>
    </w:p>
    <w:p>
      <w:pPr>
        <w:pStyle w:val="Heading1"/>
      </w:pPr>
      <w:r>
        <w:rPr>
          <w:b w:val="0"/>
        </w:rPr>
        <w:t>Referanser</w:t>
      </w:r>
    </w:p>
    <w:p>
      <w:pPr/>
      <w:r>
        <w:rPr>
          <w:b w:val="0"/>
          <w:sz w:val="19"/>
        </w:rPr>
        <w:t>Oppgis på forespørsel</w:t>
      </w:r>
    </w:p>
    <w:sectPr w:rsidR="00FC693F" w:rsidRPr="0006063C" w:rsidSect="00034616">
      <w:pgSz w:w="11906" w:h="16838"/>
      <w:pgMar w:top="1020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/>
      <w:color w:val="2D30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3333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333333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283"/>
      <w:contextualSpacing/>
    </w:pPr>
    <w:rPr>
      <w:rFonts w:ascii="Arial" w:hAnsi="Arial"/>
      <w:color w:val="2D3033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 CV-mal</dc:title>
  <dc:subject/>
  <dc:creator>cv-mal.no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